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Croquis editable de 6 por 4 metros</w:t>
      </w:r>
    </w:p>
    <w:p>
      <w:r>
        <w:t>Ejercicio en Word de escritorio · Escala 1:50 · Contorno en papel de 12 × 8 cm</w:t>
      </w:r>
    </w:p>
    <w:p>
      <w:r>
        <w:t>Mové las líneas y editá los rótulos para practicar. Las divisiones no incluyen espesor de muros ni aberturas y no representan un proyecto de construcción.</w:t>
      </w:r>
    </w:p>
    <w:p>
      <w:pPr>
        <w:spacing w:after="0"/>
      </w:pPr>
      <w:r>
        <w:pict>
          <v:rect id="dp_shape_1" o:spid="_x0000_s1025" title="Contorno 6 por 4 metros escala 1 a 50" style="position:absolute;margin-left:3cm;margin-top:5.5cm;width:12cm;height:8cm;z-index:1;mso-position-horizontal-relative:page;mso-position-vertical-relative:page" stroked="t" filled="f" fillcolor="#26384A" strokecolor="#26384A" strokeweight="0.75pt"/>
        </w:pict>
      </w:r>
      <w:r>
        <w:pict>
          <v:rect id="dp_shape_2" o:spid="_x0000_s1026" title="División vertical a 3 metros" style="position:absolute;margin-left:9cm;margin-top:5.5cm;width:0.025cm;height:8cm;z-index:2;mso-position-horizontal-relative:page;mso-position-vertical-relative:page" stroked="f" filled="t" fillcolor="#26384A" strokecolor="#26384A" strokeweight="0.75pt"/>
        </w:pict>
      </w:r>
      <w:r>
        <w:pict>
          <v:rect id="dp_shape_3" o:spid="_x0000_s1027" title="División horizontal a 2 metros" style="position:absolute;margin-left:9cm;margin-top:9.5cm;width:6cm;height:0.025cm;z-index:3;mso-position-horizontal-relative:page;mso-position-vertical-relative:page" stroked="f" filled="t" fillcolor="#26384A" strokecolor="#26384A" strokeweight="0.75pt"/>
        </w:pict>
      </w:r>
      <w:r>
        <w:pict>
          <v:rect id="dp_shape_4" o:spid="_x0000_s1028" title="Ambiente A" style="position:absolute;margin-left:4cm;margin-top:8.5cm;width:4cm;height:0.8cm;z-index:4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Ambiente A</w:t>
                  </w:r>
                </w:p>
              </w:txbxContent>
            </v:textbox>
          </v:rect>
        </w:pict>
      </w:r>
      <w:r>
        <w:pict>
          <v:rect id="dp_shape_5" o:spid="_x0000_s1029" title="3 × 4 m" style="position:absolute;margin-left:4cm;margin-top:9.3cm;width:4cm;height:0.6cm;z-index:5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3 × 4 m</w:t>
                  </w:r>
                </w:p>
              </w:txbxContent>
            </v:textbox>
          </v:rect>
        </w:pict>
      </w:r>
      <w:r>
        <w:pict>
          <v:rect id="dp_shape_6" o:spid="_x0000_s1030" title="Ambiente B" style="position:absolute;margin-left:10cm;margin-top:6.9cm;width:4cm;height:0.8cm;z-index:6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Ambiente B</w:t>
                  </w:r>
                </w:p>
              </w:txbxContent>
            </v:textbox>
          </v:rect>
        </w:pict>
      </w:r>
      <w:r>
        <w:pict>
          <v:rect id="dp_shape_7" o:spid="_x0000_s1031" title="3 × 2 m" style="position:absolute;margin-left:10cm;margin-top:7.7cm;width:4cm;height:0.6cm;z-index:7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3 × 2 m</w:t>
                  </w:r>
                </w:p>
              </w:txbxContent>
            </v:textbox>
          </v:rect>
        </w:pict>
      </w:r>
      <w:r>
        <w:pict>
          <v:rect id="dp_shape_8" o:spid="_x0000_s1032" title="Ambiente C" style="position:absolute;margin-left:10cm;margin-top:10.9cm;width:4cm;height:0.8cm;z-index:8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Ambiente C</w:t>
                  </w:r>
                </w:p>
              </w:txbxContent>
            </v:textbox>
          </v:rect>
        </w:pict>
      </w:r>
      <w:r>
        <w:pict>
          <v:rect id="dp_shape_9" o:spid="_x0000_s1033" title="3 × 2 m" style="position:absolute;margin-left:10cm;margin-top:11.7cm;width:4cm;height:0.6cm;z-index:9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3 × 2 m</w:t>
                  </w:r>
                </w:p>
              </w:txbxContent>
            </v:textbox>
          </v:rect>
        </w:pict>
      </w:r>
      <w:r>
        <w:pict>
          <v:rect id="dp_shape_10" o:spid="_x0000_s1034" title="6 m reales · 12 cm en papel" style="position:absolute;margin-left:6.5cm;margin-top:4.75cm;width:5cm;height:0.6cm;z-index:10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6 m reales · 12 cm en papel</w:t>
                  </w:r>
                </w:p>
              </w:txbxContent>
            </v:textbox>
          </v:rect>
        </w:pict>
      </w:r>
      <w:r>
        <w:pict>
          <v:rect id="dp_shape_11" o:spid="_x0000_s1035" title="4 m reales de alto · 8 cm en papel" style="position:absolute;margin-left:3cm;margin-top:13.85cm;width:12cm;height:0.6cm;z-index:11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4 m reales de alto · 8 cm en papel</w:t>
                  </w:r>
                </w:p>
              </w:txbxContent>
            </v:textbox>
          </v:rect>
        </w:pict>
      </w:r>
      <w:r>
        <w:pict>
          <v:rect id="dp_shape_12" o:spid="_x0000_s1036" title="Cómo usar las formas" style="position:absolute;margin-left:18cm;margin-top:5.5cm;width:8.2cm;height:0.6cm;z-index:12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6"/>
                    </w:rPr>
                    <w:t>Cómo usar las formas</w:t>
                  </w:r>
                </w:p>
              </w:txbxContent>
            </v:textbox>
          </v:rect>
        </w:pict>
      </w:r>
      <w:r>
        <w:pict>
          <v:rect id="dp_shape_13" o:spid="_x0000_s1037" title="Seleccioná una línea para moverla." style="position:absolute;margin-left:17cm;margin-top:6.6cm;width:10.5cm;height:0.6cm;z-index:13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Seleccioná una línea para moverla.</w:t>
                  </w:r>
                </w:p>
              </w:txbxContent>
            </v:textbox>
          </v:rect>
        </w:pict>
      </w:r>
      <w:r>
        <w:pict>
          <v:rect id="dp_shape_14" o:spid="_x0000_s1038" title="Hacé doble clic en un rótulo para editarlo." style="position:absolute;margin-left:17cm;margin-top:7.449999999999999cm;width:10.5cm;height:0.6cm;z-index:14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Hacé doble clic en un rótulo para editarlo.</w:t>
                  </w:r>
                </w:p>
              </w:txbxContent>
            </v:textbox>
          </v:rect>
        </w:pict>
      </w:r>
      <w:r>
        <w:pict>
          <v:rect id="dp_shape_15" o:spid="_x0000_s1039" title="Usá Formato de forma para cambiar medidas." style="position:absolute;margin-left:17cm;margin-top:8.3cm;width:10.5cm;height:0.6cm;z-index:15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Usá Formato de forma para cambiar medidas.</w:t>
                  </w:r>
                </w:p>
              </w:txbxContent>
            </v:textbox>
          </v:rect>
        </w:pict>
      </w:r>
      <w:r>
        <w:pict>
          <v:rect id="dp_shape_16" o:spid="_x0000_s1040" title="Duplicá un rectángulo y dibujá tus muebles." style="position:absolute;margin-left:17cm;margin-top:9.149999999999999cm;width:10.5cm;height:0.6cm;z-index:16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Duplicá un rectángulo y dibujá tus muebles.</w:t>
                  </w:r>
                </w:p>
              </w:txbxContent>
            </v:textbox>
          </v:rect>
        </w:pict>
      </w:r>
      <w:r>
        <w:pict>
          <v:rect id="dp_shape_17" o:spid="_x0000_s1041" title="Conservá una copia antes de modificar." style="position:absolute;margin-left:17cm;margin-top:10.0cm;width:10.5cm;height:0.6cm;z-index:17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Conservá una copia antes de modificar.</w:t>
                  </w:r>
                </w:p>
              </w:txbxContent>
            </v:textbox>
          </v:rect>
        </w:pict>
      </w:r>
      <w:r>
        <w:pict>
          <v:rect id="dp_shape_18" o:spid="_x0000_s1042" title="Referencia de impresión de 5 centímetros" style="position:absolute;margin-left:18cm;margin-top:12.5cm;width:5cm;height:0.025cm;z-index:18;mso-position-horizontal-relative:page;mso-position-vertical-relative:page" stroked="f" filled="t" fillcolor="#000000" strokecolor="#000000" strokeweight="0.75pt"/>
        </w:pict>
      </w:r>
      <w:r>
        <w:pict>
          <v:rect id="dp_shape_19" o:spid="_x0000_s1043" title="Inicio de referencia" style="position:absolute;margin-left:18cm;margin-top:12.35cm;width:0.025cm;height:0.3cm;z-index:19;mso-position-horizontal-relative:page;mso-position-vertical-relative:page" stroked="f" filled="t" fillcolor="#000000" strokecolor="#000000" strokeweight="0.75pt"/>
        </w:pict>
      </w:r>
      <w:r>
        <w:pict>
          <v:rect id="dp_shape_20" o:spid="_x0000_s1044" title="Fin de referencia" style="position:absolute;margin-left:23cm;margin-top:12.35cm;width:0.025cm;height:0.3cm;z-index:20;mso-position-horizontal-relative:page;mso-position-vertical-relative:page" stroked="f" filled="t" fillcolor="#000000" strokecolor="#000000" strokeweight="0.75pt"/>
        </w:pict>
      </w:r>
      <w:r>
        <w:pict>
          <v:rect id="dp_shape_21" o:spid="_x0000_s1045" title="Esta línea debe medir 5 cm al imprimir." style="position:absolute;margin-left:17cm;margin-top:12.9cm;width:9cm;height:0.6cm;z-index:21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Esta línea debe medir 5 cm al imprimir.</w:t>
                  </w:r>
                </w:p>
              </w:txbxContent>
            </v:textbox>
          </v:rect>
        </w:pict>
      </w:r>
      <w:r>
        <w:pict>
          <v:rect id="dp_shape_22" o:spid="_x0000_s1046" title="Proyecto: __________________   Fecha: ______________   Orientación: ______________" style="position:absolute;margin-left:3cm;margin-top:15cm;width:23.5cm;height:0.8cm;z-index:22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2"/>
                    </w:rPr>
                    <w:t>Proyecto: __________________   Fecha: ______________   Orientación: ______________</w:t>
                  </w:r>
                </w:p>
              </w:txbxContent>
            </v:textbox>
          </v:rect>
        </w:pict>
      </w:r>
      <w:r>
        <w:pict>
          <v:rect id="dp_shape_23" o:spid="_x0000_s1047" title="Imprimí en A4 horizontal al 100 %. Medí entre centros de los trazos. No uses Ajustar a página." style="position:absolute;margin-left:3cm;margin-top:16.2cm;width:23.5cm;height:0.8cm;z-index:23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Imprimí en A4 horizontal al 100 %. Medí entre centros de los trazos. No uses Ajustar a página.</w:t>
                  </w:r>
                </w:p>
              </w:txbxContent>
            </v:textbox>
          </v:rect>
        </w:pict>
      </w:r>
      <w:r>
        <w:pict>
          <v:rect id="dp_shape_24" o:spid="_x0000_s1048" title="DP Renders · Guía y calculadora: www.dprenders.com/l/como-hacer-un-plano-de-una-casa-en-word/" style="position:absolute;margin-left:3cm;margin-top:17.3cm;width:23.5cm;height:0.8cm;z-index:24;mso-position-horizontal-relative:page;mso-position-vertical-relative:page" stroked="f" filled="f" fillcolor="#26384A" strokecolor="#26384A" strokeweight="0.75pt">
            <v:textbox inset="0,0,0,0">
              <w:txbxContent>
                <w:p>
                  <w:pPr>
                    <w:jc w:val="center"/>
                  </w:pPr>
                  <w:r>
                    <w:rPr>
                      <w:rFonts w:ascii="Arial" w:hAnsi="Arial"/>
                      <w:sz w:val="18"/>
                    </w:rPr>
                    <w:t>DP Renders · Guía y calculadora: www.dprenders.com/l/como-hacer-un-plano-de-una-casa-en-word/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Heading1"/>
      </w:pPr>
      <w:r>
        <w:t>Cómo adaptar y comprobar el croquis</w:t>
      </w:r>
    </w:p>
    <w:p>
      <w:r>
        <w:t>Esta plantilla contiene formas y textos editables. Abrila en Word de escritorio y guardá una copia con el nombre de tu proyecto. La posición de las formas se fija respecto de la página para mantener el ejemplo ordenado.</w:t>
      </w:r>
    </w:p>
    <w:p>
      <w:pPr>
        <w:pStyle w:val="Heading2"/>
      </w:pPr>
      <w:r>
        <w:t>Editar medidas y distribución</w:t>
      </w:r>
    </w:p>
    <w:p>
      <w:pPr>
        <w:pStyle w:val="ListNumber"/>
      </w:pPr>
      <w:r>
        <w:t>Seleccioná el contorno y verificá ancho 12 cm y alto 8 cm en Formato de forma. Esas medidas representan 6 × 4 m a escala 1:50.</w:t>
      </w:r>
    </w:p>
    <w:p>
      <w:pPr>
        <w:pStyle w:val="ListNumber"/>
      </w:pPr>
      <w:r>
        <w:t>Mové las divisiones y actualizá los rótulos. No cambies solo el texto de una medida si también cambió el tamaño real del ambiente.</w:t>
      </w:r>
    </w:p>
    <w:p>
      <w:pPr>
        <w:pStyle w:val="ListNumber"/>
      </w:pPr>
      <w:r>
        <w:t>Agregá muebles con rectángulos a la misma escala. Una mesa de 1,20 × 0,60 m se dibuja de 2,40 × 1,20 cm a 1:50. Usá las medidas de tus muebles.</w:t>
      </w:r>
    </w:p>
    <w:p>
      <w:pPr>
        <w:pStyle w:val="ListNumber"/>
      </w:pPr>
      <w:r>
        <w:t>Para crear accesos, dejá un hueco entre segmentos de muro y dibujá una hoja y su apertura. Revisá que no choque con muebles.</w:t>
      </w:r>
    </w:p>
    <w:p>
      <w:pPr>
        <w:pStyle w:val="ListNumber"/>
      </w:pPr>
      <w:r>
        <w:t>Si el tamaño se modifica al arrastrar, escribí el ancho y alto numéricamente. Si quedan vinculados, desactivá Bloquear relación de aspecto.</w:t>
      </w:r>
    </w:p>
    <w:p>
      <w:pPr>
        <w:pStyle w:val="Heading2"/>
      </w:pPr>
      <w:r>
        <w:t>Elegir otra escala</w:t>
      </w:r>
    </w:p>
    <w:p>
      <w:r>
        <w:t>Tamaño en papel en centímetros = medida real en metros × 100 ÷ denominador. A 1:100 el contorno es de 6 × 4 cm. Si cambiás la escala, recalculá todas las formas y sus posiciones; cambiar solo el contorno deforma la distribución.</w:t>
      </w:r>
    </w:p>
    <w:p>
      <w:pPr>
        <w:pStyle w:val="Heading2"/>
      </w:pPr>
      <w:r>
        <w:t>Imprimir y compartir</w:t>
      </w:r>
    </w:p>
    <w:p>
      <w:r>
        <w:t>Exportá a PDF, elegí A4 horizontal y tamaño real o 100 % al imprimir. Comprobá la línea de 5 cm y el contorno con una regla. El zoom en pantalla no sirve para verificar la escala impresa. Conservá el DOCX para editar y usá el PDF para compartir una versión estable.</w:t>
      </w:r>
    </w:p>
    <w:p>
      <w:pPr>
        <w:pStyle w:val="Heading2"/>
      </w:pPr>
      <w:r>
        <w:t>Información para la siguiente revisión</w:t>
      </w:r>
    </w:p>
    <w:p>
      <w:r>
        <w:t>Anotá las medidas relevadas y las estimadas, el acceso, la orientación y el uso de cada ambiente. Este ejercicio no calcula estructura, instalaciones, ventilación, superficies reglamentarias ni requisitos municipales. Una documentación de obra requiere el desarrollo y la revisión correspondientes.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DP Renders · Ejercicio de croquis en Word · www.dprenders.com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Croquis editable de 6 por 4 metros en Word</dc:title>
  <dc:subject>Ejercicio de escala 1 a 50 con formas editables</dc:subject>
  <dc:creator>DP Renders</dc:creator>
  <cp:keywords>croquis Word, escala 1:50, formas editables</cp:keywords>
  <dc:description>generated by python-docx</dc:description>
  <cp:lastModifiedBy>DP Renders</cp:lastModifiedBy>
  <cp:revision>1</cp:revision>
  <dcterms:created xsi:type="dcterms:W3CDTF">2013-12-23T23:15:00Z</dcterms:created>
  <dcterms:modified xsi:type="dcterms:W3CDTF">2013-12-23T23:15:00Z</dcterms:modified>
  <cp:category/>
</cp:coreProperties>
</file>